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05F2B"/>
          <w:sz w:val="26"/>
        </w:rPr>
        <w:t>SINDICATO DE DIRECTIVOS DOCENTES DEL DEPARTAMENTO DE BOLÍVAR</w:t>
      </w:r>
    </w:p>
    <w:p>
      <w:pPr>
        <w:spacing w:after="40"/>
        <w:jc w:val="center"/>
      </w:pPr>
      <w:r>
        <w:rPr>
          <w:b/>
          <w:color w:val="D97706"/>
          <w:sz w:val="32"/>
        </w:rPr>
        <w:t>SINDIDBOL</w:t>
      </w:r>
    </w:p>
    <w:p>
      <w:pPr>
        <w:spacing w:after="240"/>
        <w:jc w:val="center"/>
      </w:pPr>
      <w:r>
        <w:rPr>
          <w:i/>
          <w:color w:val="64748B"/>
          <w:sz w:val="17"/>
        </w:rPr>
        <w:t>Personería Jurídica y Estatutos en el marco del Código Sustantivo del Trabajo, Constitución Política y Ley 115 de 1994 (Arts. 126 y 129)</w:t>
        <w:br/>
        <w:t>Afiliado a FENDIDOC</w:t>
      </w:r>
    </w:p>
    <w:p>
      <w:pPr>
        <w:spacing w:after="280"/>
        <w:jc w:val="center"/>
      </w:pPr>
      <w:r>
        <w:rPr>
          <w:b/>
          <w:sz w:val="24"/>
          <w:u w:val="single"/>
        </w:rPr>
        <w:t>FICHA OFICIAL DE AFILIACIÓN SINDICAL - ENTE TERRITORIAL BOLÍVAR</w:t>
      </w:r>
    </w:p>
    <w:p>
      <w:pPr>
        <w:pStyle w:val="Heading2"/>
      </w:pPr>
      <w:r>
        <w:t>1. INFORMACIÓN PERSONAL Y DE CONTACTO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Nombres y Apellidos Completos: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Documento de Identidad (C.C.):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Lugar y Fecha de Expedición: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Fecha de Nacimiento: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Género / Estado Civil: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Dirección de Residencia: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Barrio / Municipio: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Teléfono Celular / WhatsApp: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Correo Electrónico Personal: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2. INFORMACIÓN LABORAL Y CARGO DIRECTIVO DOCENTE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Ente Territorial Certificado: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BOLÍVAR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Institución Educativa Oficial: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Código DANE de la I.E.: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Cargo Desempeñado (Rector / Director Rural / Coordinador):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Decreto de Vinculación (2277 / 1278):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Grado en el Escalafón Docente: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Número de Resolución de Nombramiento:</w:t>
              <w:br/>
            </w:r>
          </w:p>
        </w:tc>
      </w:tr>
      <w:tr>
        <w:tc>
          <w:tcPr>
            <w:tcW w:type="dxa" w:w="4968"/>
            <w:shd w:fill="F8FAFC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Zona de Desempeño (Urbana / Rural):</w:t>
              <w:br/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t>Sede Educativa Asignada:</w:t>
              <w:br/>
            </w:r>
          </w:p>
        </w:tc>
      </w:tr>
    </w:tbl>
    <w:p>
      <w:pPr>
        <w:spacing w:after="80"/>
      </w:pPr>
    </w:p>
    <w:p>
      <w:pPr>
        <w:pStyle w:val="Heading2"/>
      </w:pPr>
      <w:r>
        <w:t>3. DECLARACIÓN DE AFILIACIÓN Y AUTORIZACIÓN DE DESCUENTO POR NÓMINA</w:t>
      </w:r>
    </w:p>
    <w:p>
      <w:pPr>
        <w:spacing w:line="276" w:lineRule="auto" w:after="240"/>
      </w:pPr>
      <w:r>
        <w:t>Por medio del presente documento, yo, el directivo docente suscrito, identificado con la cédula de ciudadanía señalada en este formulario, en pleno uso de mis facultades legales y en ejercicio del derecho fundamental de asociación sindical garantizado por el artículo 39 de la Constitución Política de Colombia, los Convenios 87 y 151 de la OIT y la Ley 115 de 1994, MANIFIESTO LIBRE Y VOLUNTARIAMENTE MI VOLUNTAD DE AFILIARME al SINDICATO DE DIRECTIVOS DOCENTES DEL DEPARTAMENTO DE BOLÍVAR (SINDIDBOL).</w:t>
        <w:br/>
        <w:br/>
        <w:t>Asimismo, autorizo expresamente a la Secretaría de Educación de Bolívar (y a su respectiva dependencia de nómina) a descontar mensualmente de mi asignación básica mensual el valor correspondiente a la CUOTA ORDINARIA SINDICAL fijada por los estatutos de SINDIDBOL, y girar dichos dineros a la cuenta bancaria oficial de la organización sindical.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Firma del Directivo Docente Solicitante</w:t>
              <w:br/>
              <w:t>C.C. Nº:</w:t>
              <w:br/>
              <w:t>Huella Dactilar Índice Derecho</w:t>
            </w:r>
          </w:p>
        </w:tc>
        <w:tc>
          <w:tcPr>
            <w:tcW w:type="dxa" w:w="49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br/>
              <w:br/>
              <w:t>_____________________________________</w:t>
              <w:br/>
              <w:t>Por la Junta Directiva de SINDIDBOL</w:t>
              <w:br/>
              <w:t>Presidente / Secretaria General</w:t>
              <w:br/>
              <w:t>Fecha de Radicación: ____/____/2026</w:t>
            </w:r>
          </w:p>
        </w:tc>
      </w:tr>
    </w:tbl>
    <w:p>
      <w:pPr>
        <w:spacing w:before="320"/>
        <w:jc w:val="center"/>
      </w:pPr>
      <w:r>
        <w:rPr>
          <w:color w:val="64748B"/>
          <w:sz w:val="16"/>
        </w:rPr>
        <w:t>SINDIDBOL · Cartagena de Indias, Bolívar · Correo: sindidbol@gmail.com · Tel: +57 310 3670532 - +57 310 5375682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